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Crazy Little Thing Called Love</w:t>
      </w:r>
    </w:p>
    <w:p/>
    <w:p>
      <w:pPr>
        <w:pStyle w:val="Heading2"/>
      </w:pPr>
      <w:r>
        <w:rPr>
          <w:sz w:val="28"/>
        </w:rPr>
        <w:t>Stimme (Sopran)</w:t>
      </w:r>
    </w:p>
    <w:p/>
    <w:p>
      <w:pPr>
        <w:pStyle w:val="Heading3"/>
      </w:pPr>
      <w:r>
        <w:t>1. Strophe</w:t>
      </w:r>
    </w:p>
    <w:p>
      <w:r>
        <w:rPr>
          <w:rFonts w:ascii="Arial" w:hAnsi="Arial"/>
          <w:sz w:val="22"/>
        </w:rPr>
        <w:t>well, I just_  | can’t_ han-dle it._ This thing_  | called love, | I ain't_ read-y. | Cra-zy lit-tle thing called love. |  | Well, this thing_  | called love | it cries_  | in a cra-dle all night._ It swings,_  | it jives, | I kind-a like it. | Cra-zy lit-tle thing called love. |  | she knows_ how to rock and roll._  |  | hot and cold fev-er. |  | be cool,_  | re-lax,_  |  | and get hip,_ and get on my tracks_ un-til I’m read-y. | Cra-zy lit-tle thing called love. |  | I got-ta be cool,_  | re-lax,_  | and get hip,_  | and get on my tracks. Take a back seat, | hitch-hike_  | Whew! | un-til I'm read-y. | Cra-zy lit-tle thing called love. |  | This thing_  | called love, | I_ just_  | can’t_ han-dle it | this thing | called love, | I_ must_  | get a round to it. | I ain’t_ read-y. | Cra-zy lit-tle thing called love. | cra-zy lit-tle thing called love, | cra-zy lit-tle thing called love. Yeah! |</w:t>
      </w:r>
    </w:p>
    <w:p/>
    <w:p/>
    <w:p>
      <w:pPr>
        <w:pStyle w:val="Heading2"/>
      </w:pPr>
      <w:r>
        <w:rPr>
          <w:sz w:val="28"/>
        </w:rPr>
        <w:t>Stimme (Alt)</w:t>
      </w:r>
    </w:p>
    <w:p/>
    <w:p>
      <w:pPr>
        <w:pStyle w:val="Heading3"/>
      </w:pPr>
      <w:r>
        <w:t>1. Strophe</w:t>
      </w:r>
    </w:p>
    <w:p>
      <w:r>
        <w:rPr>
          <w:rFonts w:ascii="Arial" w:hAnsi="Arial"/>
          <w:sz w:val="22"/>
        </w:rPr>
        <w:t>well, I just_  | can’t_ han-dle it._ This thing_  | called love, | I ain't_ read-y. | Cra-zy lit-tle thing called love. |  | Well, this thing_  | called love | it cries_  | in a cra-dle all night._ It swings,_  | it jives, | I kind-a like it. | Cra-zy lit-tle thing called love. |  | she knows_ how to rock and roll._  |  | hot and cold fev-er. |  | be cool,_  | re-lax,_  |  | and get hip,_ and get on my tracks_ un-til I’m read-y. | Cra-zy lit-tle thing called love. |  | I got-ta be cool,_  | re-lax,_  | and get hip,_  | and get on my tracks. Take a back seat, | hitch-hike_  | Whew! | un-til I'm read-y. | Cra-zy lit-tle thing called love. |  | This thing_  | called love, | I_ just | can’t_ han-dle it | this thing | called love, | I_ must_  | get a round to it. | I ain’t_ read-y. | Cra zy lit-tle thing called love. | cra-zy lit-tle thing called love, | cra-zy lit-tle thing called love. Yeah! |</w:t>
      </w:r>
    </w:p>
    <w:p/>
    <w:p/>
    <w:p>
      <w:pPr>
        <w:pStyle w:val="Heading2"/>
      </w:pPr>
      <w:r>
        <w:rPr>
          <w:sz w:val="28"/>
        </w:rPr>
        <w:t>Stimme (Tenor)</w:t>
      </w:r>
    </w:p>
    <w:p/>
    <w:p>
      <w:pPr>
        <w:pStyle w:val="Heading3"/>
      </w:pPr>
      <w:r>
        <w:t>1. Strophe</w:t>
      </w:r>
    </w:p>
    <w:p>
      <w:r>
        <w:rPr>
          <w:rFonts w:ascii="Arial" w:hAnsi="Arial"/>
          <w:sz w:val="22"/>
        </w:rPr>
        <w:t>Oh, this thing_  | called love, |  | I_ must_  | get a-round to it. | I ain’t_ read-y. | Cra-zy lit-tle thing called love. |  | Well, this thing_  | called love |  | It swings,_  | it jives | it shakes_ all o-ver like a jel-ly fish._ I kind-a like it. | Cra-zy lit-tle thing called love. |  | There goes my ba-by,_  | she knows_ how to rock and roll._ She drives_ me cra-zy_  |  | She gives me hot and cold fev-er. | She leaves me in a cool, cool sweat. |  | I got-ta be cool,_  | re-lax,_  | and get hip,_  | and get on my tracks_ un-til I’m read-y. | Cra-zy lit-tle thing called love. |  | I got-ta be cool,_  | re-lax,_  | and get hip,_  | and get on my tracks. Take a back seat, | hitch-hike_  | to take a lit-tle long_ ride_ on my mo-tor-bike_ un-til I'm read-y. | Cra-zy lit-tle thing called love. |  | This thing_  | called love, | I_ just | can’t_ han-dle it | this thing | called love, | I_ must_  | get a round to it. | I ain’t_ read-y. | Cra-zy lit-tle thing called love. | cra-zy lit-tle thing called love, | cra-zy lit-tle thing called love. Yeah! |</w:t>
      </w:r>
    </w:p>
    <w:p/>
    <w:p/>
    <w:p>
      <w:pPr>
        <w:pStyle w:val="Heading2"/>
      </w:pPr>
      <w:r>
        <w:rPr>
          <w:sz w:val="28"/>
        </w:rPr>
        <w:t>Stimme (Bass)</w:t>
      </w:r>
    </w:p>
    <w:p/>
    <w:p>
      <w:pPr>
        <w:pStyle w:val="Heading3"/>
      </w:pPr>
      <w:r>
        <w:t>1. Strophe</w:t>
      </w:r>
    </w:p>
    <w:p>
      <w:r>
        <w:rPr>
          <w:rFonts w:ascii="Arial" w:hAnsi="Arial"/>
          <w:sz w:val="22"/>
        </w:rPr>
        <w:t>Oh, this thing_  | called love, |  | I_ must_  | get a-round to it. | I ain’t_ read-y. | Cra-zy lit-tle thing called love. |  | Well, this thing_  | called love |  | It swings,_  | it jives | it shakes_ all o-ver like a jel-ly fish._ I kind-a like it. | Cra-zy lit-tle thing called love. |  | There goes my ba-by,_  | she knows_ how to rock and roll._ She drives_ me cra-zy_  |  | She gives me hot and cold fev-er. | She leaves me in a cool, cool sweat. |  | I got-ta be cool,_  | re-lax,_  | and get hip,_  | and get on my tracks_ un-til I’m read-y. | Cra-zy lit-tle thing called love. |  | I got-ta be cool,_  | re-lax,_  | and get hip,_  | and get on my tracks. Take a back seat, | hitch-hike_  | to take a lit-tle long_ ride_ on my mo-tor-bike_ un-til I'm read-y. | Cra-zy lit-tle thing called love. |  | This thing_  | called love, | I_ just | can’t_ han-dle it | this thing | called love, | I_ must_  | get a round to it. | I ain’t_ read-y. | Cra-zy lit-tle thing called love. | cra-zy lit-tle thing called love, | cra-zy lit-tle thing called love. Yeah! |</w:t>
      </w:r>
    </w:p>
    <w:p/>
    <w:p/>
    <w:p/>
    <w:p>
      <w:r>
        <w:rPr>
          <w:i/>
          <w:sz w:val="18"/>
        </w:rPr>
        <w:t>Die Liedtexte basieren auf den Noten vom 05.08.2026</w:t>
      </w:r>
    </w:p>
    <w:p/>
    <w:p>
      <w:pPr>
        <w:pStyle w:val="Heading3"/>
      </w:pPr>
      <w:r>
        <w:t>Legende:</w:t>
      </w:r>
    </w:p>
    <w:p>
      <w:r>
        <w:t xml:space="preserve">  -  = Silbentrennung (hyphen) / Melisma</w:t>
      </w:r>
    </w:p>
    <w:p>
      <w:r>
        <w:t xml:space="preserve">  _  = Haltelinie (extender)</w:t>
      </w:r>
    </w:p>
    <w:p>
      <w:r>
        <w:t xml:space="preserve">  |  = Pause</w:t>
      </w:r>
    </w:p>
    <w:p>
      <w:r>
        <w:t xml:space="preserve">  ||:  = Wiederholung Anfang</w:t>
      </w:r>
    </w:p>
    <w:p>
      <w:r>
        <w:t xml:space="preserve">  :||  = Wiederholung Ende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